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COMMERCIAL INVOICE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CI 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Shipment 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Shipped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Unit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Amount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