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COMMERCIAL INVOICE / 商业发票</w:t>
      </w:r>
    </w:p>
    <w:p>
      <w:r>
        <w:t>Public blank example. Confirm real transaction data before issue.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Field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CI No. / 商业发票编号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Shipment No. / 出运批次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Seller / 卖方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Buyer / 买方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Description of Goods / 品名规格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Shipped Quantity / 本批出运数量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Unit Price / 单价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Amount / 本批金额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Currency / 币种</w:t>
            </w:r>
          </w:p>
        </w:tc>
        <w:tc>
          <w:tcPr>
            <w:tcW w:type="dxa" w:w="4320"/>
          </w:tcPr>
          <w:p>
            <w:r/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