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PACKING LIST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PL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Shipment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Carton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Gross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Dimensions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CBM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Shipping Marks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