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PACKING LIST / 装箱单</w:t>
      </w:r>
    </w:p>
    <w:p>
      <w:r>
        <w:t>Public blank example. Confirm real transaction data before issue.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PL No. / 装箱单编号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Shipment No. / 出运批次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Seller / 卖方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Buyer / 买方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Carton No. / 箱号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Description of Goods / 品名规格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Quantity / 件数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Gross Weight / 毛重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Net Weight / 净重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Dimensions / 外箱尺寸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CBM / 体积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Shipping Marks / 唛头</w:t>
            </w:r>
          </w:p>
        </w:tc>
        <w:tc>
          <w:tcPr>
            <w:tcW w:type="dxa" w:w="432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