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PROFORMA INVOICE</w:t>
      </w:r>
    </w:p>
    <w:p>
      <w:r>
        <w:t>Public blank example. Confirm real transaction data before issue.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PI No.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Seller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Buyer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Description of Goods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Quantity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Unit Price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Payment Terms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Delivery</w:t>
            </w:r>
          </w:p>
        </w:tc>
        <w:tc>
          <w:tcPr>
            <w:tcW w:type="dxa" w:w="432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