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QUOTATION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Quotation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Incoterms and Place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Validity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