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CONTRACT / 销售合同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SC No. / 合同编号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/ 日期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 / 卖方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 / 买方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 / 品名规格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 / 数量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 / 单价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Delivery Terms / 交付条款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Terms / 付款条款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Dispute Resolution / 争议处理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